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96FA79" w14:textId="77777777" w:rsidR="00C0766B" w:rsidRDefault="00000000">
      <w:pPr>
        <w:jc w:val="center"/>
      </w:pPr>
      <w:r>
        <w:rPr>
          <w:b/>
          <w:sz w:val="28"/>
        </w:rPr>
        <w:t>FORMULIR PENDAFTARAN</w:t>
      </w:r>
      <w:r>
        <w:rPr>
          <w:b/>
          <w:sz w:val="28"/>
        </w:rPr>
        <w:br/>
      </w:r>
      <w:r>
        <w:rPr>
          <w:b/>
          <w:sz w:val="24"/>
        </w:rPr>
        <w:t>SELEKSI PEMBAWA ACARA LOMBA CABANG</w:t>
      </w:r>
      <w:r>
        <w:rPr>
          <w:b/>
          <w:sz w:val="24"/>
        </w:rPr>
        <w:br/>
        <w:t>MTQH KE-55 TINGKAT PROVINSI JAMBI TAHUN 2026</w:t>
      </w:r>
      <w:r>
        <w:rPr>
          <w:b/>
          <w:sz w:val="24"/>
        </w:rPr>
        <w:br/>
        <w:t>DI KOTA JAMBI</w:t>
      </w:r>
    </w:p>
    <w:p w14:paraId="2713D750" w14:textId="77777777" w:rsidR="00C0766B" w:rsidRDefault="00000000">
      <w:pPr>
        <w:spacing w:before="140" w:after="60"/>
      </w:pPr>
      <w:r>
        <w:rPr>
          <w:b/>
          <w:sz w:val="22"/>
        </w:rPr>
        <w:t>A. DATA DIRI PESERTA</w:t>
      </w:r>
    </w:p>
    <w:p w14:paraId="3F37EC5B" w14:textId="77777777" w:rsidR="00C0766B" w:rsidRDefault="00000000">
      <w:pPr>
        <w:spacing w:after="40"/>
      </w:pPr>
      <w:r>
        <w:rPr>
          <w:b/>
        </w:rPr>
        <w:t>1. Nama Lengkap</w:t>
      </w:r>
    </w:p>
    <w:p w14:paraId="5F734629" w14:textId="77777777" w:rsidR="00C0766B" w:rsidRDefault="00000000">
      <w:pPr>
        <w:spacing w:after="20"/>
      </w:pPr>
      <w:r>
        <w:t>........................................................................................................................</w:t>
      </w:r>
    </w:p>
    <w:p w14:paraId="64576A55" w14:textId="77777777" w:rsidR="00C0766B" w:rsidRDefault="00000000">
      <w:pPr>
        <w:spacing w:after="40"/>
      </w:pPr>
      <w:r>
        <w:rPr>
          <w:b/>
        </w:rPr>
        <w:t>2. Tempat, Tanggal Lahir</w:t>
      </w:r>
    </w:p>
    <w:p w14:paraId="08973E1C" w14:textId="77777777" w:rsidR="00C0766B" w:rsidRDefault="00000000">
      <w:pPr>
        <w:spacing w:after="20"/>
      </w:pPr>
      <w:r>
        <w:t>........................................................................................................................</w:t>
      </w:r>
    </w:p>
    <w:p w14:paraId="2D367BFC" w14:textId="77777777" w:rsidR="00C0766B" w:rsidRDefault="00000000">
      <w:pPr>
        <w:spacing w:after="40"/>
      </w:pPr>
      <w:r>
        <w:rPr>
          <w:b/>
        </w:rPr>
        <w:t>3. Alamat Lengkap</w:t>
      </w:r>
    </w:p>
    <w:p w14:paraId="1E3F34C9" w14:textId="77777777" w:rsidR="00C0766B" w:rsidRDefault="00000000">
      <w:pPr>
        <w:spacing w:after="20"/>
      </w:pPr>
      <w:r>
        <w:t>........................................................................................................................</w:t>
      </w:r>
    </w:p>
    <w:p w14:paraId="79D8CC5F" w14:textId="77777777" w:rsidR="00C0766B" w:rsidRDefault="00000000">
      <w:pPr>
        <w:spacing w:after="40"/>
      </w:pPr>
      <w:r>
        <w:rPr>
          <w:b/>
        </w:rPr>
        <w:t>4. Nomor Handphone/WhatsApp</w:t>
      </w:r>
    </w:p>
    <w:p w14:paraId="0D25520D" w14:textId="77777777" w:rsidR="00C0766B" w:rsidRDefault="00000000">
      <w:pPr>
        <w:spacing w:after="20"/>
      </w:pPr>
      <w:r>
        <w:t>........................................................................................................................</w:t>
      </w:r>
    </w:p>
    <w:p w14:paraId="6BC961CF" w14:textId="77777777" w:rsidR="00C0766B" w:rsidRDefault="00000000">
      <w:pPr>
        <w:spacing w:after="40"/>
      </w:pPr>
      <w:r>
        <w:rPr>
          <w:b/>
        </w:rPr>
        <w:t>5. Alamat Email</w:t>
      </w:r>
    </w:p>
    <w:p w14:paraId="27BA3F08" w14:textId="77777777" w:rsidR="00C0766B" w:rsidRDefault="00000000">
      <w:pPr>
        <w:spacing w:after="20"/>
      </w:pPr>
      <w:r>
        <w:t>........................................................................................................................</w:t>
      </w:r>
    </w:p>
    <w:p w14:paraId="77B8BA44" w14:textId="19805337" w:rsidR="00C0766B" w:rsidRDefault="009430C0">
      <w:pPr>
        <w:spacing w:after="40"/>
      </w:pPr>
      <w:r>
        <w:rPr>
          <w:b/>
        </w:rPr>
        <w:t>6</w:t>
      </w:r>
      <w:r w:rsidR="00000000">
        <w:rPr>
          <w:b/>
        </w:rPr>
        <w:t>. Cabang/Keahlian yang Dikuasai (jika ada)</w:t>
      </w:r>
    </w:p>
    <w:p w14:paraId="04CEBA98" w14:textId="77777777" w:rsidR="00C0766B" w:rsidRDefault="00000000">
      <w:pPr>
        <w:spacing w:after="20"/>
      </w:pPr>
      <w:r>
        <w:t>........................................................................................................................</w:t>
      </w:r>
    </w:p>
    <w:p w14:paraId="09D8FE50" w14:textId="77777777" w:rsidR="00C0766B" w:rsidRDefault="00000000">
      <w:pPr>
        <w:spacing w:before="140" w:after="60"/>
      </w:pPr>
      <w:r>
        <w:rPr>
          <w:b/>
          <w:sz w:val="22"/>
        </w:rPr>
        <w:t>B. PENGALAMAN PESERTA MTQ</w:t>
      </w:r>
    </w:p>
    <w:p w14:paraId="64A0F32A" w14:textId="3E31AA8C" w:rsidR="00C0766B" w:rsidRDefault="009430C0">
      <w:r>
        <w:rPr>
          <w:b/>
        </w:rPr>
        <w:t>7</w:t>
      </w:r>
      <w:r w:rsidR="00000000">
        <w:rPr>
          <w:b/>
        </w:rPr>
        <w:t>. Pengalaman Mengikuti MTQ</w:t>
      </w:r>
    </w:p>
    <w:p w14:paraId="0D9D83A1" w14:textId="77777777" w:rsidR="00C0766B" w:rsidRDefault="00000000">
      <w:r>
        <w:t>☐ Pernah    ☐ Belum Pernah</w:t>
      </w:r>
    </w:p>
    <w:p w14:paraId="6ECF6425" w14:textId="77777777" w:rsidR="00C0766B" w:rsidRDefault="00000000">
      <w:r>
        <w:t>Jika pernah, sebutkan cabang, tingkat dan prestasi yang pernah diraih:</w:t>
      </w:r>
    </w:p>
    <w:tbl>
      <w:tblPr>
        <w:tblStyle w:val="TableGrid"/>
        <w:tblW w:w="0" w:type="auto"/>
        <w:jc w:val="center"/>
        <w:tblLook w:val="04A0" w:firstRow="1" w:lastRow="0" w:firstColumn="1" w:lastColumn="0" w:noHBand="0" w:noVBand="1"/>
      </w:tblPr>
      <w:tblGrid>
        <w:gridCol w:w="1994"/>
        <w:gridCol w:w="1994"/>
        <w:gridCol w:w="1994"/>
        <w:gridCol w:w="1994"/>
        <w:gridCol w:w="1994"/>
      </w:tblGrid>
      <w:tr w:rsidR="00C0766B" w14:paraId="3190B3AE" w14:textId="77777777">
        <w:trPr>
          <w:jc w:val="center"/>
        </w:trPr>
        <w:tc>
          <w:tcPr>
            <w:tcW w:w="1994" w:type="dxa"/>
          </w:tcPr>
          <w:p w14:paraId="2541C32C" w14:textId="77777777" w:rsidR="00C0766B" w:rsidRDefault="00000000">
            <w:r>
              <w:rPr>
                <w:b/>
              </w:rPr>
              <w:t>No.</w:t>
            </w:r>
          </w:p>
        </w:tc>
        <w:tc>
          <w:tcPr>
            <w:tcW w:w="1994" w:type="dxa"/>
          </w:tcPr>
          <w:p w14:paraId="66E93FD4" w14:textId="77777777" w:rsidR="00C0766B" w:rsidRDefault="00000000">
            <w:r>
              <w:rPr>
                <w:b/>
              </w:rPr>
              <w:t>Tahun</w:t>
            </w:r>
          </w:p>
        </w:tc>
        <w:tc>
          <w:tcPr>
            <w:tcW w:w="1994" w:type="dxa"/>
          </w:tcPr>
          <w:p w14:paraId="1D42A7D9" w14:textId="77777777" w:rsidR="00C0766B" w:rsidRDefault="00000000">
            <w:r>
              <w:rPr>
                <w:b/>
              </w:rPr>
              <w:t>Tingkat MTQ</w:t>
            </w:r>
          </w:p>
        </w:tc>
        <w:tc>
          <w:tcPr>
            <w:tcW w:w="1994" w:type="dxa"/>
          </w:tcPr>
          <w:p w14:paraId="212DDEAA" w14:textId="77777777" w:rsidR="00C0766B" w:rsidRDefault="00000000">
            <w:r>
              <w:rPr>
                <w:b/>
              </w:rPr>
              <w:t>Cabang</w:t>
            </w:r>
          </w:p>
        </w:tc>
        <w:tc>
          <w:tcPr>
            <w:tcW w:w="1994" w:type="dxa"/>
          </w:tcPr>
          <w:p w14:paraId="77C3E763" w14:textId="77777777" w:rsidR="00C0766B" w:rsidRDefault="00000000">
            <w:r>
              <w:rPr>
                <w:b/>
              </w:rPr>
              <w:t>Prestasi</w:t>
            </w:r>
          </w:p>
        </w:tc>
      </w:tr>
      <w:tr w:rsidR="00C0766B" w14:paraId="7D0EFC9F" w14:textId="77777777">
        <w:trPr>
          <w:jc w:val="center"/>
        </w:trPr>
        <w:tc>
          <w:tcPr>
            <w:tcW w:w="1994" w:type="dxa"/>
          </w:tcPr>
          <w:p w14:paraId="1749F7A6" w14:textId="77777777" w:rsidR="00C0766B" w:rsidRDefault="00000000">
            <w:r>
              <w:t>1</w:t>
            </w:r>
          </w:p>
        </w:tc>
        <w:tc>
          <w:tcPr>
            <w:tcW w:w="1994" w:type="dxa"/>
          </w:tcPr>
          <w:p w14:paraId="0BAE6231" w14:textId="77777777" w:rsidR="00C0766B" w:rsidRDefault="00C0766B"/>
        </w:tc>
        <w:tc>
          <w:tcPr>
            <w:tcW w:w="1994" w:type="dxa"/>
          </w:tcPr>
          <w:p w14:paraId="3BF99ED5" w14:textId="77777777" w:rsidR="00C0766B" w:rsidRDefault="00C0766B"/>
        </w:tc>
        <w:tc>
          <w:tcPr>
            <w:tcW w:w="1994" w:type="dxa"/>
          </w:tcPr>
          <w:p w14:paraId="724F3196" w14:textId="77777777" w:rsidR="00C0766B" w:rsidRDefault="00C0766B"/>
        </w:tc>
        <w:tc>
          <w:tcPr>
            <w:tcW w:w="1994" w:type="dxa"/>
          </w:tcPr>
          <w:p w14:paraId="632E2A05" w14:textId="77777777" w:rsidR="00C0766B" w:rsidRDefault="00C0766B"/>
        </w:tc>
      </w:tr>
      <w:tr w:rsidR="00C0766B" w14:paraId="0BF5CE4D" w14:textId="77777777">
        <w:trPr>
          <w:jc w:val="center"/>
        </w:trPr>
        <w:tc>
          <w:tcPr>
            <w:tcW w:w="1994" w:type="dxa"/>
          </w:tcPr>
          <w:p w14:paraId="42FE54CD" w14:textId="77777777" w:rsidR="00C0766B" w:rsidRDefault="00000000">
            <w:r>
              <w:t>2</w:t>
            </w:r>
          </w:p>
        </w:tc>
        <w:tc>
          <w:tcPr>
            <w:tcW w:w="1994" w:type="dxa"/>
          </w:tcPr>
          <w:p w14:paraId="32080BD3" w14:textId="77777777" w:rsidR="00C0766B" w:rsidRDefault="00C0766B"/>
        </w:tc>
        <w:tc>
          <w:tcPr>
            <w:tcW w:w="1994" w:type="dxa"/>
          </w:tcPr>
          <w:p w14:paraId="79BA5ED6" w14:textId="77777777" w:rsidR="00C0766B" w:rsidRDefault="00C0766B"/>
        </w:tc>
        <w:tc>
          <w:tcPr>
            <w:tcW w:w="1994" w:type="dxa"/>
          </w:tcPr>
          <w:p w14:paraId="7DD538FD" w14:textId="77777777" w:rsidR="00C0766B" w:rsidRDefault="00C0766B"/>
        </w:tc>
        <w:tc>
          <w:tcPr>
            <w:tcW w:w="1994" w:type="dxa"/>
          </w:tcPr>
          <w:p w14:paraId="77F84ED9" w14:textId="77777777" w:rsidR="00C0766B" w:rsidRDefault="00C0766B"/>
        </w:tc>
      </w:tr>
      <w:tr w:rsidR="00C0766B" w14:paraId="1D1864C7" w14:textId="77777777">
        <w:trPr>
          <w:jc w:val="center"/>
        </w:trPr>
        <w:tc>
          <w:tcPr>
            <w:tcW w:w="1994" w:type="dxa"/>
          </w:tcPr>
          <w:p w14:paraId="6FF81000" w14:textId="77777777" w:rsidR="00C0766B" w:rsidRDefault="00000000">
            <w:r>
              <w:t>3</w:t>
            </w:r>
          </w:p>
        </w:tc>
        <w:tc>
          <w:tcPr>
            <w:tcW w:w="1994" w:type="dxa"/>
          </w:tcPr>
          <w:p w14:paraId="1A8ABA67" w14:textId="77777777" w:rsidR="00C0766B" w:rsidRDefault="00C0766B"/>
        </w:tc>
        <w:tc>
          <w:tcPr>
            <w:tcW w:w="1994" w:type="dxa"/>
          </w:tcPr>
          <w:p w14:paraId="571DB232" w14:textId="77777777" w:rsidR="00C0766B" w:rsidRDefault="00C0766B"/>
        </w:tc>
        <w:tc>
          <w:tcPr>
            <w:tcW w:w="1994" w:type="dxa"/>
          </w:tcPr>
          <w:p w14:paraId="294A0B85" w14:textId="77777777" w:rsidR="00C0766B" w:rsidRDefault="00C0766B"/>
        </w:tc>
        <w:tc>
          <w:tcPr>
            <w:tcW w:w="1994" w:type="dxa"/>
          </w:tcPr>
          <w:p w14:paraId="18A8C19D" w14:textId="77777777" w:rsidR="00C0766B" w:rsidRDefault="00C0766B"/>
        </w:tc>
      </w:tr>
    </w:tbl>
    <w:p w14:paraId="4BDED75F" w14:textId="77777777" w:rsidR="00C0766B" w:rsidRDefault="00000000">
      <w:pPr>
        <w:spacing w:before="140" w:after="60"/>
      </w:pPr>
      <w:r>
        <w:rPr>
          <w:b/>
          <w:sz w:val="22"/>
        </w:rPr>
        <w:t>C. PENGALAMAN PEMBAWA ACARA</w:t>
      </w:r>
    </w:p>
    <w:p w14:paraId="3EF93061" w14:textId="4F6A79B8" w:rsidR="00C0766B" w:rsidRDefault="009430C0">
      <w:r>
        <w:rPr>
          <w:b/>
        </w:rPr>
        <w:t>8</w:t>
      </w:r>
      <w:r w:rsidR="00000000">
        <w:rPr>
          <w:b/>
        </w:rPr>
        <w:t>. Pengalaman sebagai Pembawa Acara/MC</w:t>
      </w:r>
    </w:p>
    <w:p w14:paraId="78C1BD0C" w14:textId="77777777" w:rsidR="00C0766B" w:rsidRDefault="00000000">
      <w:r>
        <w:t>☐ Pernah    ☐ Belum Pernah</w:t>
      </w:r>
    </w:p>
    <w:p w14:paraId="3B7E5DF6" w14:textId="77777777" w:rsidR="00C0766B" w:rsidRDefault="00000000">
      <w:r>
        <w:t>Jika pernah, uraikan pengalaman yang relevan:</w:t>
      </w:r>
    </w:p>
    <w:p w14:paraId="79E76FB8" w14:textId="77777777" w:rsidR="00C0766B" w:rsidRDefault="00000000">
      <w:r>
        <w:t>........................................................................................................................</w:t>
      </w:r>
    </w:p>
    <w:p w14:paraId="3EB5DF61" w14:textId="77777777" w:rsidR="00C0766B" w:rsidRDefault="00000000">
      <w:r>
        <w:t>........................................................................................................................</w:t>
      </w:r>
    </w:p>
    <w:p w14:paraId="624757B0" w14:textId="366D4101" w:rsidR="00C0766B" w:rsidRDefault="009430C0">
      <w:r>
        <w:rPr>
          <w:b/>
        </w:rPr>
        <w:t>9</w:t>
      </w:r>
      <w:r w:rsidR="00000000">
        <w:rPr>
          <w:b/>
        </w:rPr>
        <w:t>. Jenis Acara yang Pernah Dibawakan</w:t>
      </w:r>
    </w:p>
    <w:p w14:paraId="65FBF7C4" w14:textId="77777777" w:rsidR="00C0766B" w:rsidRDefault="00000000">
      <w:r>
        <w:t>☐ Acara Keagamaan    ☐ MTQ/Musabaqah    ☐ Acara Pemerintahan</w:t>
      </w:r>
    </w:p>
    <w:p w14:paraId="59F785E4" w14:textId="4D0C943B" w:rsidR="009430C0" w:rsidRDefault="00000000" w:rsidP="009430C0">
      <w:r>
        <w:t>☐ Acara Resmi/Formal    ☐ Acara Nonformal    ☐ Lainnya: ....................................</w:t>
      </w:r>
    </w:p>
    <w:p w14:paraId="2291B310" w14:textId="406A6760" w:rsidR="00C0766B" w:rsidRDefault="00000000">
      <w:r>
        <w:rPr>
          <w:b/>
        </w:rPr>
        <w:t>1</w:t>
      </w:r>
      <w:r w:rsidR="009430C0">
        <w:rPr>
          <w:b/>
        </w:rPr>
        <w:t>0</w:t>
      </w:r>
      <w:r>
        <w:rPr>
          <w:b/>
        </w:rPr>
        <w:t>. Pengalaman Membawakan Acara MTQ/Musabaqah</w:t>
      </w:r>
    </w:p>
    <w:p w14:paraId="7151F77B" w14:textId="769F8AC6" w:rsidR="00C0766B" w:rsidRDefault="00000000" w:rsidP="009430C0">
      <w:r>
        <w:t>........................................................................................................................</w:t>
      </w:r>
    </w:p>
    <w:p w14:paraId="7090228A" w14:textId="77777777" w:rsidR="00C0766B" w:rsidRDefault="00000000">
      <w:pPr>
        <w:spacing w:before="140" w:after="60"/>
      </w:pPr>
      <w:r>
        <w:rPr>
          <w:b/>
          <w:sz w:val="22"/>
        </w:rPr>
        <w:lastRenderedPageBreak/>
        <w:t>D. KEMAMPUAN DAN KETERSEDIAAN</w:t>
      </w:r>
    </w:p>
    <w:p w14:paraId="648A07E2" w14:textId="77777777" w:rsidR="00C0766B" w:rsidRDefault="00000000">
      <w:r>
        <w:rPr>
          <w:b/>
        </w:rPr>
        <w:t>12. Kemampuan Bahasa Arab</w:t>
      </w:r>
    </w:p>
    <w:p w14:paraId="1E5D5DC4" w14:textId="77777777" w:rsidR="00C0766B" w:rsidRDefault="00000000">
      <w:r>
        <w:t>☐ Baik    ☐ Cukup    ☐ Dasar    ☐ Tidak Menguasai</w:t>
      </w:r>
    </w:p>
    <w:p w14:paraId="7EE2FAEC" w14:textId="77777777" w:rsidR="00C0766B" w:rsidRDefault="00000000">
      <w:r>
        <w:rPr>
          <w:b/>
        </w:rPr>
        <w:t>13. Kemampuan Bahasa Inggris</w:t>
      </w:r>
    </w:p>
    <w:p w14:paraId="64C11DF4" w14:textId="77777777" w:rsidR="00C0766B" w:rsidRDefault="00000000">
      <w:r>
        <w:t>☐ Baik    ☐ Cukup    ☐ Dasar    ☐ Tidak Menguasai</w:t>
      </w:r>
    </w:p>
    <w:p w14:paraId="5FA6FAF9" w14:textId="77777777" w:rsidR="00C0766B" w:rsidRDefault="00000000">
      <w:r>
        <w:rPr>
          <w:b/>
        </w:rPr>
        <w:t>14. Kemampuan Membaca Teks Arab/Al-Qur'an</w:t>
      </w:r>
    </w:p>
    <w:p w14:paraId="23F6FA6D" w14:textId="77777777" w:rsidR="00C0766B" w:rsidRDefault="00000000">
      <w:r>
        <w:t>☐ Baik    ☐ Cukup    ☐ Dasar</w:t>
      </w:r>
    </w:p>
    <w:p w14:paraId="54F1E483" w14:textId="77777777" w:rsidR="00C0766B" w:rsidRDefault="00000000">
      <w:r>
        <w:rPr>
          <w:b/>
        </w:rPr>
        <w:t xml:space="preserve">15. </w:t>
      </w:r>
      <w:proofErr w:type="spellStart"/>
      <w:r>
        <w:rPr>
          <w:b/>
        </w:rPr>
        <w:t>Ketersediaan</w:t>
      </w:r>
      <w:proofErr w:type="spellEnd"/>
      <w:r>
        <w:rPr>
          <w:b/>
        </w:rPr>
        <w:t xml:space="preserve"> Mengikuti </w:t>
      </w:r>
      <w:proofErr w:type="spellStart"/>
      <w:r>
        <w:rPr>
          <w:b/>
        </w:rPr>
        <w:t>Seleksi</w:t>
      </w:r>
      <w:proofErr w:type="spellEnd"/>
    </w:p>
    <w:p w14:paraId="5ED86947" w14:textId="77777777" w:rsidR="00C0766B" w:rsidRDefault="00000000">
      <w:r>
        <w:t>☐ Bersedia mengikuti seluruh tahapan seleksi    ☐ Tidak bersedia</w:t>
      </w:r>
    </w:p>
    <w:p w14:paraId="2F4BB404" w14:textId="77777777" w:rsidR="00C0766B" w:rsidRDefault="00000000">
      <w:r>
        <w:rPr>
          <w:b/>
        </w:rPr>
        <w:t>16. Ketersediaan Bertugas selama Pelaksanaan MTQH ke-55 Tahun 2026</w:t>
      </w:r>
    </w:p>
    <w:p w14:paraId="0645D486" w14:textId="77777777" w:rsidR="00C0766B" w:rsidRDefault="00000000">
      <w:r>
        <w:t>☐ Bersedia    ☐ Tidak bersedia</w:t>
      </w:r>
    </w:p>
    <w:p w14:paraId="3FF6CEB4" w14:textId="77777777" w:rsidR="00C0766B" w:rsidRDefault="00000000">
      <w:pPr>
        <w:spacing w:before="140" w:after="60"/>
      </w:pPr>
      <w:r>
        <w:rPr>
          <w:b/>
          <w:sz w:val="22"/>
        </w:rPr>
        <w:t>E. INFORMASI TAMBAHAN</w:t>
      </w:r>
    </w:p>
    <w:p w14:paraId="7A64A7CE" w14:textId="77777777" w:rsidR="00C0766B" w:rsidRDefault="00000000">
      <w:r>
        <w:rPr>
          <w:b/>
        </w:rPr>
        <w:t>17. Link Video/Portofolio Pembawa Acara (jika ada)</w:t>
      </w:r>
    </w:p>
    <w:p w14:paraId="02867091" w14:textId="77777777" w:rsidR="00C0766B" w:rsidRDefault="00000000">
      <w:r>
        <w:t>........................................................................................................................</w:t>
      </w:r>
    </w:p>
    <w:p w14:paraId="7A991F59" w14:textId="77777777" w:rsidR="00C0766B" w:rsidRDefault="00000000">
      <w:r>
        <w:rPr>
          <w:b/>
        </w:rPr>
        <w:t>18. Keterangan Lain yang Perlu Disampaikan</w:t>
      </w:r>
    </w:p>
    <w:p w14:paraId="5F548DC5" w14:textId="77777777" w:rsidR="00C0766B" w:rsidRDefault="00000000">
      <w:r>
        <w:t>........................................................................................................................</w:t>
      </w:r>
    </w:p>
    <w:p w14:paraId="49CFB9D3" w14:textId="77777777" w:rsidR="00C0766B" w:rsidRDefault="00000000">
      <w:r>
        <w:t>........................................................................................................................</w:t>
      </w:r>
    </w:p>
    <w:p w14:paraId="4118A5C6" w14:textId="77777777" w:rsidR="00C0766B" w:rsidRDefault="00000000">
      <w:pPr>
        <w:spacing w:before="140" w:after="60"/>
      </w:pPr>
      <w:r>
        <w:rPr>
          <w:b/>
          <w:sz w:val="22"/>
        </w:rPr>
        <w:t>PERNYATAAN PESERTA</w:t>
      </w:r>
    </w:p>
    <w:p w14:paraId="699C79C3" w14:textId="77777777" w:rsidR="00C0766B" w:rsidRDefault="00000000">
      <w:pPr>
        <w:jc w:val="both"/>
      </w:pPr>
      <w:r>
        <w:t>Saya menyatakan bahwa seluruh data dan informasi yang saya sampaikan dalam formulir pendaftaran ini adalah benar dan dapat dipertanggungjawabkan. Saya bersedia mengikuti seluruh tahapan seleksi serta mematuhi ketentuan yang ditetapkan oleh panitia Seleksi Pembawa Acara Lomba Cabang MTQH ke-55 Tingkat Provinsi Jambi Tahun 2026 di Kota Jambi.</w:t>
      </w:r>
    </w:p>
    <w:p w14:paraId="32F83011" w14:textId="38FC477D" w:rsidR="00C0766B" w:rsidRDefault="009430C0" w:rsidP="009430C0">
      <w:pPr>
        <w:ind w:left="5387" w:firstLine="709"/>
      </w:pPr>
      <w:r>
        <w:t>Kota Jambi, ......................... 2026</w:t>
      </w:r>
    </w:p>
    <w:tbl>
      <w:tblPr>
        <w:tblW w:w="0" w:type="auto"/>
        <w:jc w:val="center"/>
        <w:tblLook w:val="04A0" w:firstRow="1" w:lastRow="0" w:firstColumn="1" w:lastColumn="0" w:noHBand="0" w:noVBand="1"/>
      </w:tblPr>
      <w:tblGrid>
        <w:gridCol w:w="4252"/>
        <w:gridCol w:w="4252"/>
      </w:tblGrid>
      <w:tr w:rsidR="00C0766B" w14:paraId="091C2F4B" w14:textId="77777777">
        <w:trPr>
          <w:jc w:val="center"/>
        </w:trPr>
        <w:tc>
          <w:tcPr>
            <w:tcW w:w="4252" w:type="dxa"/>
            <w:vAlign w:val="center"/>
          </w:tcPr>
          <w:p w14:paraId="7658CA2C" w14:textId="21742575" w:rsidR="00C0766B" w:rsidRDefault="00C0766B"/>
        </w:tc>
        <w:tc>
          <w:tcPr>
            <w:tcW w:w="4252" w:type="dxa"/>
            <w:vAlign w:val="center"/>
          </w:tcPr>
          <w:p w14:paraId="77E09B4B" w14:textId="77777777" w:rsidR="009430C0" w:rsidRDefault="009430C0"/>
          <w:p w14:paraId="4750FD8F" w14:textId="5D7BF7DC" w:rsidR="00C0766B" w:rsidRDefault="00000000">
            <w:proofErr w:type="spellStart"/>
            <w:r>
              <w:t>Peserta</w:t>
            </w:r>
            <w:proofErr w:type="spellEnd"/>
            <w:r>
              <w:t>,</w:t>
            </w:r>
          </w:p>
        </w:tc>
      </w:tr>
      <w:tr w:rsidR="00C0766B" w14:paraId="765FBB7D" w14:textId="77777777">
        <w:trPr>
          <w:jc w:val="center"/>
        </w:trPr>
        <w:tc>
          <w:tcPr>
            <w:tcW w:w="4252" w:type="dxa"/>
            <w:vAlign w:val="center"/>
          </w:tcPr>
          <w:p w14:paraId="194F09A5" w14:textId="77777777" w:rsidR="00C0766B" w:rsidRDefault="00C0766B"/>
        </w:tc>
        <w:tc>
          <w:tcPr>
            <w:tcW w:w="4252" w:type="dxa"/>
            <w:vAlign w:val="center"/>
          </w:tcPr>
          <w:p w14:paraId="0831B7AA" w14:textId="7E2145B4" w:rsidR="00C0766B" w:rsidRDefault="00C0766B"/>
        </w:tc>
      </w:tr>
      <w:tr w:rsidR="00C0766B" w14:paraId="2A8DC8C1" w14:textId="77777777">
        <w:trPr>
          <w:jc w:val="center"/>
        </w:trPr>
        <w:tc>
          <w:tcPr>
            <w:tcW w:w="4252" w:type="dxa"/>
            <w:vAlign w:val="center"/>
          </w:tcPr>
          <w:p w14:paraId="51A8963B" w14:textId="77777777" w:rsidR="00C0766B" w:rsidRDefault="00C0766B"/>
        </w:tc>
        <w:tc>
          <w:tcPr>
            <w:tcW w:w="4252" w:type="dxa"/>
            <w:vAlign w:val="center"/>
          </w:tcPr>
          <w:p w14:paraId="4B983DF5" w14:textId="77777777" w:rsidR="00C0766B" w:rsidRDefault="00C0766B"/>
        </w:tc>
      </w:tr>
      <w:tr w:rsidR="00C0766B" w14:paraId="417CF52B" w14:textId="77777777">
        <w:trPr>
          <w:jc w:val="center"/>
        </w:trPr>
        <w:tc>
          <w:tcPr>
            <w:tcW w:w="4252" w:type="dxa"/>
            <w:vAlign w:val="center"/>
          </w:tcPr>
          <w:p w14:paraId="1C5B6B68" w14:textId="77777777" w:rsidR="00C0766B" w:rsidRDefault="00C0766B"/>
        </w:tc>
        <w:tc>
          <w:tcPr>
            <w:tcW w:w="4252" w:type="dxa"/>
            <w:vAlign w:val="center"/>
          </w:tcPr>
          <w:p w14:paraId="7A343FB5" w14:textId="77777777" w:rsidR="00C0766B" w:rsidRDefault="00000000">
            <w:r>
              <w:t>(....................................................)</w:t>
            </w:r>
          </w:p>
        </w:tc>
      </w:tr>
    </w:tbl>
    <w:p w14:paraId="71D65A8B" w14:textId="77777777" w:rsidR="007A71C5" w:rsidRDefault="007A71C5" w:rsidP="009430C0"/>
    <w:sectPr w:rsidR="007A71C5" w:rsidSect="00034616">
      <w:pgSz w:w="12240" w:h="15840"/>
      <w:pgMar w:top="850" w:right="1134" w:bottom="85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49501115">
    <w:abstractNumId w:val="8"/>
  </w:num>
  <w:num w:numId="2" w16cid:durableId="1565528838">
    <w:abstractNumId w:val="6"/>
  </w:num>
  <w:num w:numId="3" w16cid:durableId="826243682">
    <w:abstractNumId w:val="5"/>
  </w:num>
  <w:num w:numId="4" w16cid:durableId="228200074">
    <w:abstractNumId w:val="4"/>
  </w:num>
  <w:num w:numId="5" w16cid:durableId="1357537486">
    <w:abstractNumId w:val="7"/>
  </w:num>
  <w:num w:numId="6" w16cid:durableId="2086948099">
    <w:abstractNumId w:val="3"/>
  </w:num>
  <w:num w:numId="7" w16cid:durableId="2133590244">
    <w:abstractNumId w:val="2"/>
  </w:num>
  <w:num w:numId="8" w16cid:durableId="1847550542">
    <w:abstractNumId w:val="1"/>
  </w:num>
  <w:num w:numId="9" w16cid:durableId="10422880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5B7AC9"/>
    <w:rsid w:val="007A71C5"/>
    <w:rsid w:val="009430C0"/>
    <w:rsid w:val="00AA1D8D"/>
    <w:rsid w:val="00B47730"/>
    <w:rsid w:val="00C0766B"/>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9B00B6B"/>
  <w14:defaultImageDpi w14:val="300"/>
  <w15:docId w15:val="{7A30BED8-B31D-4565-9772-6D7032B788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503</Words>
  <Characters>2872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3369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acer143400wy@outlook.com</cp:lastModifiedBy>
  <cp:revision>2</cp:revision>
  <dcterms:created xsi:type="dcterms:W3CDTF">2013-12-23T23:15:00Z</dcterms:created>
  <dcterms:modified xsi:type="dcterms:W3CDTF">2026-09-09T03:58:00Z</dcterms:modified>
  <cp:category/>
</cp:coreProperties>
</file>